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5B5BF" w14:textId="77777777" w:rsidR="00DF4F50" w:rsidRPr="00DF4F50" w:rsidRDefault="00DF4F50" w:rsidP="00156CBC">
      <w:pPr>
        <w:shd w:val="clear" w:color="auto" w:fill="FFFFFF"/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lt-LT" w:eastAsia="lt-LT"/>
          <w14:ligatures w14:val="standardContextual"/>
        </w:rPr>
      </w:pPr>
      <w:r w:rsidRPr="00DF4F5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lt-LT" w:eastAsia="lt-LT"/>
          <w14:ligatures w14:val="standardContextual"/>
        </w:rPr>
        <w:t>DARBO SKELBIMAS – ATLIEKŲ DEGINIMO OPERATORIUS</w:t>
      </w:r>
    </w:p>
    <w:p w14:paraId="3ABA4072" w14:textId="77777777" w:rsidR="00DF4F50" w:rsidRPr="00DF4F50" w:rsidRDefault="00DF4F50" w:rsidP="00DF4F50">
      <w:p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</w:p>
    <w:p w14:paraId="16472A03" w14:textId="77777777" w:rsidR="00DF4F50" w:rsidRPr="00156CBC" w:rsidRDefault="00DF4F50" w:rsidP="00DF4F50">
      <w:p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lt-LT" w:eastAsia="lt-LT"/>
          <w14:ligatures w14:val="standardContextual"/>
        </w:rPr>
      </w:pPr>
      <w:r w:rsidRPr="00156CBC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lt-LT" w:eastAsia="lt-LT"/>
          <w14:ligatures w14:val="standardContextual"/>
        </w:rPr>
        <w:t>Prisijunkite prie UAB „Toksika“ komandos.</w:t>
      </w:r>
    </w:p>
    <w:p w14:paraId="40D9AF90" w14:textId="17E132A4" w:rsidR="00DF4F50" w:rsidRPr="00DF4F50" w:rsidRDefault="00156CBC" w:rsidP="00156CBC">
      <w:pPr>
        <w:shd w:val="clear" w:color="auto" w:fill="FFFFFF"/>
        <w:spacing w:before="60" w:after="6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  <w:r w:rsidRPr="00156CBC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>Ieškome kolegos, kuris</w:t>
      </w:r>
      <w:r w:rsidRPr="00156CBC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 xml:space="preserve"> </w:t>
      </w:r>
      <w:r w:rsidR="00DF4F50" w:rsidRPr="00DF4F50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 xml:space="preserve">Ieškome atsakingo ir patikimo darbuotojo, kuris dirbtų </w:t>
      </w:r>
      <w:r w:rsidRPr="00156CBC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>UAB „Toksika“</w:t>
      </w:r>
      <w:r w:rsidRPr="00156CBC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 xml:space="preserve"> </w:t>
      </w:r>
      <w:r w:rsidR="00DF4F50" w:rsidRPr="00DF4F50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>Pavojingųjų atliekų deginimo įrenginyje ir užtikrintų tinkamą atliekų padavimą į deginimo liniją.</w:t>
      </w:r>
    </w:p>
    <w:p w14:paraId="7A3101AC" w14:textId="77777777" w:rsidR="00DF4F50" w:rsidRPr="00DF4F50" w:rsidRDefault="00DF4F50" w:rsidP="00DF4F50">
      <w:p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</w:p>
    <w:p w14:paraId="172E24CF" w14:textId="2E6ED5E9" w:rsidR="00DF4F50" w:rsidRPr="00DF4F50" w:rsidRDefault="00DF4F50" w:rsidP="00DF4F50">
      <w:p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lt-LT" w:eastAsia="lt-LT"/>
          <w14:ligatures w14:val="standardContextual"/>
        </w:rPr>
      </w:pPr>
      <w:r w:rsidRPr="00DF4F5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lt-LT" w:eastAsia="lt-LT"/>
          <w14:ligatures w14:val="standardContextual"/>
        </w:rPr>
        <w:t>Jūsų pagrindinės užduotys bus:</w:t>
      </w:r>
    </w:p>
    <w:p w14:paraId="6046CAA6" w14:textId="1E2F24CC" w:rsidR="00DF4F50" w:rsidRPr="00156CBC" w:rsidRDefault="00DF4F50" w:rsidP="00156CBC">
      <w:pPr>
        <w:pStyle w:val="ListParagraph"/>
        <w:numPr>
          <w:ilvl w:val="0"/>
          <w:numId w:val="12"/>
        </w:num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  <w:r w:rsidRPr="00156CBC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>atliekų priėmimas, paruošimas ir padavimas į deginimo įrenginį;</w:t>
      </w:r>
    </w:p>
    <w:p w14:paraId="16D93E04" w14:textId="73C8985D" w:rsidR="00DF4F50" w:rsidRPr="00156CBC" w:rsidRDefault="00DF4F50" w:rsidP="00156CBC">
      <w:pPr>
        <w:pStyle w:val="ListParagraph"/>
        <w:numPr>
          <w:ilvl w:val="0"/>
          <w:numId w:val="12"/>
        </w:num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  <w:r w:rsidRPr="00156CBC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>darbas su kranu, keltuvu;</w:t>
      </w:r>
    </w:p>
    <w:p w14:paraId="272CCEA9" w14:textId="54061D01" w:rsidR="00DF4F50" w:rsidRPr="00156CBC" w:rsidRDefault="00DF4F50" w:rsidP="00156CBC">
      <w:pPr>
        <w:pStyle w:val="ListParagraph"/>
        <w:numPr>
          <w:ilvl w:val="0"/>
          <w:numId w:val="12"/>
        </w:num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  <w:r w:rsidRPr="00156CBC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>atliekų maišymas, perkėlimas ir pakrovimas;</w:t>
      </w:r>
    </w:p>
    <w:p w14:paraId="7D00ED80" w14:textId="011968D9" w:rsidR="00DF4F50" w:rsidRPr="00156CBC" w:rsidRDefault="00DF4F50" w:rsidP="00156CBC">
      <w:pPr>
        <w:pStyle w:val="ListParagraph"/>
        <w:numPr>
          <w:ilvl w:val="0"/>
          <w:numId w:val="12"/>
        </w:num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  <w:r w:rsidRPr="00156CBC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>tolygaus atliekų padavimo į deginimo įrenginį užtikrinimas;</w:t>
      </w:r>
    </w:p>
    <w:p w14:paraId="27A44BFA" w14:textId="29FBF783" w:rsidR="00DF4F50" w:rsidRPr="00156CBC" w:rsidRDefault="00DF4F50" w:rsidP="00156CBC">
      <w:pPr>
        <w:pStyle w:val="ListParagraph"/>
        <w:numPr>
          <w:ilvl w:val="0"/>
          <w:numId w:val="12"/>
        </w:num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  <w:r w:rsidRPr="00156CBC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>tvarkos palaikymas;</w:t>
      </w:r>
    </w:p>
    <w:p w14:paraId="4FBA50F8" w14:textId="0EBBADD0" w:rsidR="00DF4F50" w:rsidRPr="00156CBC" w:rsidRDefault="00DF4F50" w:rsidP="00156CBC">
      <w:pPr>
        <w:pStyle w:val="ListParagraph"/>
        <w:numPr>
          <w:ilvl w:val="0"/>
          <w:numId w:val="12"/>
        </w:num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  <w:r w:rsidRPr="00156CBC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>kasdienė naudojamos įrangos apžiūra;</w:t>
      </w:r>
    </w:p>
    <w:p w14:paraId="39C11DAD" w14:textId="4CF4E54D" w:rsidR="00DF4F50" w:rsidRPr="00156CBC" w:rsidRDefault="00DF4F50" w:rsidP="00156CBC">
      <w:pPr>
        <w:pStyle w:val="ListParagraph"/>
        <w:numPr>
          <w:ilvl w:val="0"/>
          <w:numId w:val="12"/>
        </w:num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  <w:r w:rsidRPr="00156CBC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>darbo vietos ir aplinkos tvarkos palaikymas;</w:t>
      </w:r>
    </w:p>
    <w:p w14:paraId="409C38AF" w14:textId="1FBFBFCC" w:rsidR="00DF4F50" w:rsidRPr="00156CBC" w:rsidRDefault="00DF4F50" w:rsidP="00156CBC">
      <w:pPr>
        <w:pStyle w:val="ListParagraph"/>
        <w:numPr>
          <w:ilvl w:val="0"/>
          <w:numId w:val="12"/>
        </w:num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  <w:r w:rsidRPr="00156CBC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>darbas laikantis darbuotojų saugos, priešgaisrinės saugos, aplinkosaugos ir vidaus tvarkos reikalavimų.</w:t>
      </w:r>
    </w:p>
    <w:p w14:paraId="44376C50" w14:textId="77777777" w:rsidR="00DF4F50" w:rsidRPr="00DF4F50" w:rsidRDefault="00DF4F50" w:rsidP="00DF4F50">
      <w:p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</w:p>
    <w:p w14:paraId="31081BCA" w14:textId="2B59586F" w:rsidR="00DF4F50" w:rsidRPr="00DF4F50" w:rsidRDefault="00DF4F50" w:rsidP="00DF4F50">
      <w:p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lt-LT" w:eastAsia="lt-LT"/>
          <w14:ligatures w14:val="standardContextual"/>
        </w:rPr>
      </w:pPr>
      <w:r w:rsidRPr="00DF4F5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lt-LT" w:eastAsia="lt-LT"/>
          <w14:ligatures w14:val="standardContextual"/>
        </w:rPr>
        <w:t>Tikimės, kad Jūs:</w:t>
      </w:r>
    </w:p>
    <w:p w14:paraId="1F1EE71B" w14:textId="22290B6F" w:rsidR="00DF4F50" w:rsidRPr="00156CBC" w:rsidRDefault="00DF4F50" w:rsidP="00156CBC">
      <w:pPr>
        <w:pStyle w:val="ListParagraph"/>
        <w:numPr>
          <w:ilvl w:val="0"/>
          <w:numId w:val="16"/>
        </w:num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  <w:r w:rsidRPr="00156CBC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>esate atsakingas, atidus ir pareigingas;</w:t>
      </w:r>
    </w:p>
    <w:p w14:paraId="7F94BEA9" w14:textId="338CF840" w:rsidR="00DF4F50" w:rsidRPr="00156CBC" w:rsidRDefault="00DF4F50" w:rsidP="00156CBC">
      <w:pPr>
        <w:pStyle w:val="ListParagraph"/>
        <w:numPr>
          <w:ilvl w:val="0"/>
          <w:numId w:val="16"/>
        </w:num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  <w:r w:rsidRPr="00156CBC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>gebate dirbti savarankiškai ir komandoje;</w:t>
      </w:r>
    </w:p>
    <w:p w14:paraId="08636105" w14:textId="1E6988F4" w:rsidR="00DF4F50" w:rsidRPr="00156CBC" w:rsidRDefault="00DF4F50" w:rsidP="00156CBC">
      <w:pPr>
        <w:pStyle w:val="ListParagraph"/>
        <w:numPr>
          <w:ilvl w:val="0"/>
          <w:numId w:val="16"/>
        </w:num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  <w:r w:rsidRPr="00156CBC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>galite dirbti pamaininiu darbo grafiku;</w:t>
      </w:r>
    </w:p>
    <w:p w14:paraId="678DA799" w14:textId="5DBF3AAB" w:rsidR="00DF4F50" w:rsidRPr="00156CBC" w:rsidRDefault="00DF4F50" w:rsidP="00156CBC">
      <w:pPr>
        <w:pStyle w:val="ListParagraph"/>
        <w:numPr>
          <w:ilvl w:val="0"/>
          <w:numId w:val="16"/>
        </w:num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  <w:r w:rsidRPr="00156CBC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>nebijote darbo gamybinėje aplinkoje;</w:t>
      </w:r>
    </w:p>
    <w:p w14:paraId="40638DEC" w14:textId="530BA8A9" w:rsidR="00DF4F50" w:rsidRPr="00156CBC" w:rsidRDefault="00DF4F50" w:rsidP="00156CBC">
      <w:pPr>
        <w:pStyle w:val="ListParagraph"/>
        <w:numPr>
          <w:ilvl w:val="0"/>
          <w:numId w:val="16"/>
        </w:num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  <w:r w:rsidRPr="00156CBC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>gebate laikytis nustatytų darbo ir saugos reikalavimų</w:t>
      </w:r>
      <w:r w:rsidR="00156CBC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>.</w:t>
      </w:r>
    </w:p>
    <w:p w14:paraId="60E8ED8B" w14:textId="77777777" w:rsidR="00DF4F50" w:rsidRPr="00DF4F50" w:rsidRDefault="00DF4F50" w:rsidP="00DF4F50">
      <w:p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</w:p>
    <w:p w14:paraId="58A2ED4A" w14:textId="7FB70575" w:rsidR="00DF4F50" w:rsidRPr="00DF4F50" w:rsidRDefault="00DF4F50" w:rsidP="00DF4F50">
      <w:p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lt-LT" w:eastAsia="lt-LT"/>
          <w14:ligatures w14:val="standardContextual"/>
        </w:rPr>
      </w:pPr>
      <w:r w:rsidRPr="00DF4F5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lt-LT" w:eastAsia="lt-LT"/>
          <w14:ligatures w14:val="standardContextual"/>
        </w:rPr>
        <w:t>Privalumu laikysime:</w:t>
      </w:r>
    </w:p>
    <w:p w14:paraId="7D761DA6" w14:textId="00743F04" w:rsidR="00DF4F50" w:rsidRPr="00156CBC" w:rsidRDefault="00DF4F50" w:rsidP="00156CBC">
      <w:pPr>
        <w:pStyle w:val="ListParagraph"/>
        <w:numPr>
          <w:ilvl w:val="0"/>
          <w:numId w:val="20"/>
        </w:num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  <w:r w:rsidRPr="00156CBC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>darbo su kranais, krautuvais ar kita kėlimo įranga patirtį;</w:t>
      </w:r>
    </w:p>
    <w:p w14:paraId="375C6D7B" w14:textId="79C222D3" w:rsidR="00DF4F50" w:rsidRPr="00156CBC" w:rsidRDefault="00DF4F50" w:rsidP="00156CBC">
      <w:pPr>
        <w:pStyle w:val="ListParagraph"/>
        <w:numPr>
          <w:ilvl w:val="0"/>
          <w:numId w:val="20"/>
        </w:num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  <w:r w:rsidRPr="00156CBC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>galiojantį kėlimo įrenginių operatoriaus pažymėjimą;</w:t>
      </w:r>
    </w:p>
    <w:p w14:paraId="6FE0CB0B" w14:textId="48B1F3E7" w:rsidR="00DF4F50" w:rsidRPr="00156CBC" w:rsidRDefault="00DF4F50" w:rsidP="00156CBC">
      <w:pPr>
        <w:pStyle w:val="ListParagraph"/>
        <w:numPr>
          <w:ilvl w:val="0"/>
          <w:numId w:val="20"/>
        </w:num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  <w:r w:rsidRPr="00156CBC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>darbo patirtį gamybos, atliekų tvarkymo ar pramonės įmonėje.</w:t>
      </w:r>
    </w:p>
    <w:p w14:paraId="1DDA4A27" w14:textId="77777777" w:rsidR="00DF4F50" w:rsidRPr="00DF4F50" w:rsidRDefault="00DF4F50" w:rsidP="00DF4F50">
      <w:p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</w:p>
    <w:p w14:paraId="01CC1622" w14:textId="1DA268C7" w:rsidR="00DF4F50" w:rsidRPr="00DF4F50" w:rsidRDefault="00DF4F50" w:rsidP="00DF4F50">
      <w:p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lt-LT" w:eastAsia="lt-LT"/>
          <w14:ligatures w14:val="standardContextual"/>
        </w:rPr>
      </w:pPr>
      <w:r w:rsidRPr="00DF4F5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lt-LT" w:eastAsia="lt-LT"/>
          <w14:ligatures w14:val="standardContextual"/>
        </w:rPr>
        <w:t>Savo kolegoms mes siūlome:</w:t>
      </w:r>
    </w:p>
    <w:p w14:paraId="0D79C82F" w14:textId="00523701" w:rsidR="00DF4F50" w:rsidRPr="00156CBC" w:rsidRDefault="00DF4F50" w:rsidP="00156CBC">
      <w:pPr>
        <w:pStyle w:val="ListParagraph"/>
        <w:numPr>
          <w:ilvl w:val="0"/>
          <w:numId w:val="23"/>
        </w:num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  <w:r w:rsidRPr="00156CBC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>stabilų darbą patikimoje bendrovėje;</w:t>
      </w:r>
    </w:p>
    <w:p w14:paraId="14015E8A" w14:textId="01612CAD" w:rsidR="00DF4F50" w:rsidRPr="00156CBC" w:rsidRDefault="00DF4F50" w:rsidP="00156CBC">
      <w:pPr>
        <w:pStyle w:val="ListParagraph"/>
        <w:numPr>
          <w:ilvl w:val="0"/>
          <w:numId w:val="23"/>
        </w:num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  <w:r w:rsidRPr="00156CBC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>apmokymus darbo vietoje;</w:t>
      </w:r>
    </w:p>
    <w:p w14:paraId="139485BD" w14:textId="7B7D90EE" w:rsidR="00DF4F50" w:rsidRPr="00156CBC" w:rsidRDefault="00DF4F50" w:rsidP="00156CBC">
      <w:pPr>
        <w:pStyle w:val="ListParagraph"/>
        <w:numPr>
          <w:ilvl w:val="0"/>
          <w:numId w:val="23"/>
        </w:num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  <w:r w:rsidRPr="00156CBC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>visas darbui reikalingas priemones ir darbo aprangą;</w:t>
      </w:r>
    </w:p>
    <w:p w14:paraId="43DB6094" w14:textId="7C5AE33A" w:rsidR="00DF4F50" w:rsidRPr="00156CBC" w:rsidRDefault="00DF4F50" w:rsidP="00156CBC">
      <w:pPr>
        <w:pStyle w:val="ListParagraph"/>
        <w:numPr>
          <w:ilvl w:val="0"/>
          <w:numId w:val="23"/>
        </w:num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  <w:r w:rsidRPr="00156CBC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>palaikančią ir patyrusią komandą;</w:t>
      </w:r>
    </w:p>
    <w:p w14:paraId="5214DB17" w14:textId="157467A1" w:rsidR="00DF4F50" w:rsidRPr="00156CBC" w:rsidRDefault="00DF4F50" w:rsidP="00156CBC">
      <w:pPr>
        <w:pStyle w:val="ListParagraph"/>
        <w:numPr>
          <w:ilvl w:val="0"/>
          <w:numId w:val="23"/>
        </w:num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  <w:r w:rsidRPr="00156CBC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>motyvacinę darbo užmokesčio sistemą;</w:t>
      </w:r>
    </w:p>
    <w:p w14:paraId="0525EC95" w14:textId="009A1D2C" w:rsidR="00DF4F50" w:rsidRPr="00156CBC" w:rsidRDefault="00DF4F50" w:rsidP="00156CBC">
      <w:pPr>
        <w:pStyle w:val="ListParagraph"/>
        <w:numPr>
          <w:ilvl w:val="0"/>
          <w:numId w:val="23"/>
        </w:num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  <w:r w:rsidRPr="00156CBC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>papildomas naudas išdirbus bendrovėje metus ir daugiau – sveikatos draudimą, papildomas apmokamas laisvas dienas ir III pakopos pensijų kaupimo įmokas.</w:t>
      </w:r>
    </w:p>
    <w:p w14:paraId="53A7E070" w14:textId="77777777" w:rsidR="00156CBC" w:rsidRDefault="00156CBC" w:rsidP="00DF4F50">
      <w:p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lt-LT" w:eastAsia="lt-LT"/>
          <w14:ligatures w14:val="standardContextual"/>
        </w:rPr>
      </w:pPr>
    </w:p>
    <w:p w14:paraId="0288429F" w14:textId="3CC7AF96" w:rsidR="00DF4F50" w:rsidRPr="00DF4F50" w:rsidRDefault="00DF4F50" w:rsidP="00DF4F50">
      <w:p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lt-LT" w:eastAsia="lt-LT"/>
          <w14:ligatures w14:val="standardContextual"/>
        </w:rPr>
      </w:pPr>
      <w:r w:rsidRPr="00DF4F5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lt-LT" w:eastAsia="lt-LT"/>
          <w14:ligatures w14:val="standardContextual"/>
        </w:rPr>
        <w:t>Darbo užmokestis</w:t>
      </w:r>
    </w:p>
    <w:p w14:paraId="40708E20" w14:textId="77777777" w:rsidR="00DF4F50" w:rsidRPr="00DF4F50" w:rsidRDefault="00DF4F50" w:rsidP="00DF4F50">
      <w:p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  <w:r w:rsidRPr="00DF4F50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>Siūlomas valandinis darbo užmokestis – 9,40 Eur neatskaičius mokesčių, taip pat mokama kintama atlygio dalis, priklausanti nuo darbo rezultatų.</w:t>
      </w:r>
    </w:p>
    <w:p w14:paraId="39093C97" w14:textId="77777777" w:rsidR="00DF4F50" w:rsidRDefault="00DF4F50" w:rsidP="00DF4F50">
      <w:p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</w:p>
    <w:p w14:paraId="0FF029D2" w14:textId="77777777" w:rsidR="00156CBC" w:rsidRDefault="00156CBC" w:rsidP="00DF4F50">
      <w:p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</w:p>
    <w:p w14:paraId="74D9B96D" w14:textId="77777777" w:rsidR="00156CBC" w:rsidRPr="00DF4F50" w:rsidRDefault="00156CBC" w:rsidP="00DF4F50">
      <w:p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</w:p>
    <w:p w14:paraId="1956C4F8" w14:textId="0DABE479" w:rsidR="00DF4F50" w:rsidRPr="00DF4F50" w:rsidRDefault="00DF4F50" w:rsidP="00DF4F50">
      <w:p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lt-LT" w:eastAsia="lt-LT"/>
          <w14:ligatures w14:val="standardContextual"/>
        </w:rPr>
      </w:pPr>
      <w:r w:rsidRPr="00DF4F5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lt-LT" w:eastAsia="lt-LT"/>
          <w14:ligatures w14:val="standardContextual"/>
        </w:rPr>
        <w:lastRenderedPageBreak/>
        <w:t>Kandidatavimas</w:t>
      </w:r>
    </w:p>
    <w:p w14:paraId="10BFEC2D" w14:textId="77777777" w:rsidR="00156CBC" w:rsidRPr="00156CBC" w:rsidRDefault="00156CBC" w:rsidP="00156CBC">
      <w:pPr>
        <w:pStyle w:val="ListParagraph"/>
        <w:numPr>
          <w:ilvl w:val="0"/>
          <w:numId w:val="17"/>
        </w:num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  <w:r w:rsidRPr="00156CBC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 xml:space="preserve">Lauksime Jūsų gyvenimo aprašymo (CV) bei trumpo prisistatymo el. p. </w:t>
      </w:r>
      <w:hyperlink r:id="rId6" w:history="1">
        <w:r w:rsidRPr="00156CBC">
          <w:rPr>
            <w:rStyle w:val="Hyperlink"/>
            <w:rFonts w:ascii="Times New Roman" w:eastAsia="Times New Roman" w:hAnsi="Times New Roman" w:cs="Times New Roman"/>
            <w:kern w:val="2"/>
            <w:sz w:val="24"/>
            <w:szCs w:val="24"/>
            <w:lang w:val="lt-LT" w:eastAsia="lt-LT"/>
            <w14:ligatures w14:val="standardContextual"/>
          </w:rPr>
          <w:t>vilnius@toksika.lt</w:t>
        </w:r>
      </w:hyperlink>
      <w:r w:rsidRPr="00156CBC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>.</w:t>
      </w:r>
    </w:p>
    <w:p w14:paraId="77B5BEAE" w14:textId="2DD4388A" w:rsidR="00156CBC" w:rsidRPr="00156CBC" w:rsidRDefault="00156CBC" w:rsidP="00156CBC">
      <w:pPr>
        <w:pStyle w:val="ListParagraph"/>
        <w:numPr>
          <w:ilvl w:val="0"/>
          <w:numId w:val="17"/>
        </w:num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  <w:r w:rsidRPr="00156CBC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>Susisieksime tik su atrinktais kandidatais</w:t>
      </w:r>
      <w:r w:rsidRPr="00156CBC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>.</w:t>
      </w:r>
    </w:p>
    <w:p w14:paraId="2E5B9465" w14:textId="77777777" w:rsidR="00156CBC" w:rsidRDefault="00156CBC" w:rsidP="00DF4F50">
      <w:p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</w:p>
    <w:p w14:paraId="52B571D9" w14:textId="12610077" w:rsidR="00DF4F50" w:rsidRDefault="00DF4F50" w:rsidP="00DF4F50">
      <w:p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  <w:r w:rsidRPr="00DF4F50"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  <w:t>Jeigu turite klausimų, skambinkite tel. +370 693 10202.</w:t>
      </w:r>
    </w:p>
    <w:p w14:paraId="6D699545" w14:textId="77777777" w:rsidR="00DF4F50" w:rsidRPr="009353A6" w:rsidRDefault="00DF4F50" w:rsidP="009353A6">
      <w:p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lt-LT" w:eastAsia="lt-LT"/>
          <w14:ligatures w14:val="standardContextual"/>
        </w:rPr>
      </w:pPr>
    </w:p>
    <w:p w14:paraId="763E9EDA" w14:textId="77777777" w:rsidR="009353A6" w:rsidRDefault="009353A6">
      <w:pPr>
        <w:spacing w:before="160" w:after="0" w:line="252" w:lineRule="auto"/>
        <w:rPr>
          <w:rFonts w:ascii="Times New Roman" w:hAnsi="Times New Roman" w:cs="Times New Roman"/>
          <w:b/>
          <w:sz w:val="24"/>
          <w:szCs w:val="24"/>
        </w:rPr>
      </w:pPr>
    </w:p>
    <w:p w14:paraId="374C9790" w14:textId="77777777" w:rsidR="009353A6" w:rsidRPr="009353A6" w:rsidRDefault="009353A6">
      <w:pPr>
        <w:spacing w:before="160" w:after="0" w:line="252" w:lineRule="auto"/>
        <w:rPr>
          <w:rFonts w:ascii="Times New Roman" w:hAnsi="Times New Roman" w:cs="Times New Roman"/>
          <w:sz w:val="24"/>
          <w:szCs w:val="24"/>
        </w:rPr>
      </w:pPr>
    </w:p>
    <w:sectPr w:rsidR="009353A6" w:rsidRPr="009353A6" w:rsidSect="00156CBC">
      <w:pgSz w:w="12240" w:h="15840"/>
      <w:pgMar w:top="1276" w:right="1134" w:bottom="102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F552FE"/>
    <w:multiLevelType w:val="hybridMultilevel"/>
    <w:tmpl w:val="C2801AFC"/>
    <w:lvl w:ilvl="0" w:tplc="4F806B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D55236"/>
    <w:multiLevelType w:val="hybridMultilevel"/>
    <w:tmpl w:val="11506BDA"/>
    <w:lvl w:ilvl="0" w:tplc="1D12B56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C52131"/>
    <w:multiLevelType w:val="hybridMultilevel"/>
    <w:tmpl w:val="2068A178"/>
    <w:lvl w:ilvl="0" w:tplc="1D12B56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A070FB"/>
    <w:multiLevelType w:val="hybridMultilevel"/>
    <w:tmpl w:val="DF321228"/>
    <w:lvl w:ilvl="0" w:tplc="4F806B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0D15D0"/>
    <w:multiLevelType w:val="hybridMultilevel"/>
    <w:tmpl w:val="1D9E7944"/>
    <w:lvl w:ilvl="0" w:tplc="4F806B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920B8"/>
    <w:multiLevelType w:val="hybridMultilevel"/>
    <w:tmpl w:val="BE16021C"/>
    <w:lvl w:ilvl="0" w:tplc="1D12B56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B579C2"/>
    <w:multiLevelType w:val="hybridMultilevel"/>
    <w:tmpl w:val="DB72551A"/>
    <w:lvl w:ilvl="0" w:tplc="4F806B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13C10"/>
    <w:multiLevelType w:val="hybridMultilevel"/>
    <w:tmpl w:val="BE1E3B3A"/>
    <w:lvl w:ilvl="0" w:tplc="4F806B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616606"/>
    <w:multiLevelType w:val="multilevel"/>
    <w:tmpl w:val="4F76FADE"/>
    <w:lvl w:ilvl="0">
      <w:numFmt w:val="bullet"/>
      <w:lvlText w:val=""/>
      <w:lvlJc w:val="left"/>
      <w:pPr>
        <w:ind w:left="720" w:hanging="360"/>
      </w:pPr>
      <w:rPr>
        <w:rFonts w:ascii="Symbol" w:hAnsi="Symbol"/>
        <w:b/>
        <w:bCs/>
        <w:color w:val="auto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8" w15:restartNumberingAfterBreak="0">
    <w:nsid w:val="3D2E5BB8"/>
    <w:multiLevelType w:val="hybridMultilevel"/>
    <w:tmpl w:val="BB1A6CF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12B56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E20C4E"/>
    <w:multiLevelType w:val="hybridMultilevel"/>
    <w:tmpl w:val="792E3DA4"/>
    <w:lvl w:ilvl="0" w:tplc="1D12B56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AE4BA9"/>
    <w:multiLevelType w:val="hybridMultilevel"/>
    <w:tmpl w:val="D2EC44E2"/>
    <w:lvl w:ilvl="0" w:tplc="1D12B56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646635"/>
    <w:multiLevelType w:val="hybridMultilevel"/>
    <w:tmpl w:val="9DD44638"/>
    <w:lvl w:ilvl="0" w:tplc="1D12B56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85A10"/>
    <w:multiLevelType w:val="hybridMultilevel"/>
    <w:tmpl w:val="CAF0DC4A"/>
    <w:lvl w:ilvl="0" w:tplc="1D12B56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179511">
    <w:abstractNumId w:val="8"/>
  </w:num>
  <w:num w:numId="2" w16cid:durableId="2131777843">
    <w:abstractNumId w:val="6"/>
  </w:num>
  <w:num w:numId="3" w16cid:durableId="347492604">
    <w:abstractNumId w:val="5"/>
  </w:num>
  <w:num w:numId="4" w16cid:durableId="18896050">
    <w:abstractNumId w:val="4"/>
  </w:num>
  <w:num w:numId="5" w16cid:durableId="1508211963">
    <w:abstractNumId w:val="7"/>
  </w:num>
  <w:num w:numId="6" w16cid:durableId="1912694309">
    <w:abstractNumId w:val="3"/>
  </w:num>
  <w:num w:numId="7" w16cid:durableId="4019560">
    <w:abstractNumId w:val="2"/>
  </w:num>
  <w:num w:numId="8" w16cid:durableId="93671092">
    <w:abstractNumId w:val="1"/>
  </w:num>
  <w:num w:numId="9" w16cid:durableId="692264935">
    <w:abstractNumId w:val="0"/>
  </w:num>
  <w:num w:numId="10" w16cid:durableId="1951425463">
    <w:abstractNumId w:val="17"/>
  </w:num>
  <w:num w:numId="11" w16cid:durableId="532228613">
    <w:abstractNumId w:val="18"/>
  </w:num>
  <w:num w:numId="12" w16cid:durableId="1652366380">
    <w:abstractNumId w:val="22"/>
  </w:num>
  <w:num w:numId="13" w16cid:durableId="1702322383">
    <w:abstractNumId w:val="9"/>
  </w:num>
  <w:num w:numId="14" w16cid:durableId="1044330800">
    <w:abstractNumId w:val="13"/>
  </w:num>
  <w:num w:numId="15" w16cid:durableId="752822223">
    <w:abstractNumId w:val="12"/>
  </w:num>
  <w:num w:numId="16" w16cid:durableId="2079621114">
    <w:abstractNumId w:val="14"/>
  </w:num>
  <w:num w:numId="17" w16cid:durableId="1443646300">
    <w:abstractNumId w:val="19"/>
  </w:num>
  <w:num w:numId="18" w16cid:durableId="829639748">
    <w:abstractNumId w:val="11"/>
  </w:num>
  <w:num w:numId="19" w16cid:durableId="1790588133">
    <w:abstractNumId w:val="15"/>
  </w:num>
  <w:num w:numId="20" w16cid:durableId="1432050765">
    <w:abstractNumId w:val="21"/>
  </w:num>
  <w:num w:numId="21" w16cid:durableId="697589271">
    <w:abstractNumId w:val="20"/>
  </w:num>
  <w:num w:numId="22" w16cid:durableId="278991091">
    <w:abstractNumId w:val="16"/>
  </w:num>
  <w:num w:numId="23" w16cid:durableId="5823785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3623"/>
    <w:rsid w:val="0015074B"/>
    <w:rsid w:val="00156CBC"/>
    <w:rsid w:val="00275B77"/>
    <w:rsid w:val="0029639D"/>
    <w:rsid w:val="00326F90"/>
    <w:rsid w:val="00336582"/>
    <w:rsid w:val="003529CE"/>
    <w:rsid w:val="004C0D72"/>
    <w:rsid w:val="00613B74"/>
    <w:rsid w:val="00664F49"/>
    <w:rsid w:val="009353A6"/>
    <w:rsid w:val="009D5605"/>
    <w:rsid w:val="00A4406C"/>
    <w:rsid w:val="00AA1D8D"/>
    <w:rsid w:val="00B47730"/>
    <w:rsid w:val="00CB0664"/>
    <w:rsid w:val="00D9213F"/>
    <w:rsid w:val="00DF4F50"/>
    <w:rsid w:val="00ED6CEC"/>
    <w:rsid w:val="00FC35A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D80A08"/>
  <w14:defaultImageDpi w14:val="300"/>
  <w15:docId w15:val="{32A8CF37-E14D-3F45-AA39-E2C42628A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156CB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6C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ilnius@toksika.l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1222</Words>
  <Characters>698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Jolanta Žemaitienė</cp:lastModifiedBy>
  <cp:revision>2</cp:revision>
  <dcterms:created xsi:type="dcterms:W3CDTF">2026-08-03T13:25:00Z</dcterms:created>
  <dcterms:modified xsi:type="dcterms:W3CDTF">2026-08-03T13:25:00Z</dcterms:modified>
  <cp:category/>
</cp:coreProperties>
</file>